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אותיות, ניקוד וצלילים בעברית ולקרוא במהירות ובדיוק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לגוף ולזמן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ואותיות למשפטים תקינים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דרך חידות, תפזורות ומשחקי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אותיות, ניקוד וצליל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אותיות, ניקוד וצליל – צליל ומשפט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חיריק נקרא בצליל אי, כמו במילה סיר.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קומה מוסיפים מילה אחת חדשה למשפט.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אותיות, ניקוד וצליל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(אַ)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(אֵ)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קריאה שוטפת ואוצר מילים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12×12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ואוצר מילים – תפזורת ותשבץ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 שכל 12 המילים נכנסו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סופגנייה היא אחת המילים המוסתרות בתפזורת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שמופיעה בתשבץ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ואוצר מילים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ואוצר מילים – התאמת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פעלים: גוף וזמן – היכרות עם שורש, גוף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 וזמן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ישבנו הוא זמן עבר, גוף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זהו שם הפועל של השורש ס-ג-ר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 וזמן – השלמת 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 וזמן – התאמת שורש לפועל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הרכבת משפטים וסדר מילים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נותן משפט מוכן, וצריך לסדר את המילים שבו לפי הסדר הנכון.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הופכת לתרגיל של סידור אותיות למילה שלמה.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להקריא את המשפט בקול אחרי שעונים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להקליד את המשפטים גם עם ניקוד.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הרכבת משפטים וסדר מילים – מסדרים מילים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הרכבת משפטים וסדר מילים – אותיות, משפטים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הרכבת משפטים וסדר מילים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 רץ בחצר.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משפט תקין בן ארבע מילים לפחות, עם פתרון נכון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ומשחקי זיכרון והיגיון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כותבים מילה אחת בלבד – היא הופכת לזוג 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סמל כמו אימוג'י, צורה, מספר או אות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הופכות קשות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כשהיא עונה נכון על השאלה שבמשבצת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ומשחקי זיכרון והיגיון – פענוח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ומשחקי זיכרון והיגיון – זוגות הפכים בכרטיסיות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משחקים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מילים או אותיות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קוראים טקסט בקול מול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הפועל המתאים לשורש, לגוף ולזמן שהוגרלו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בשניהם מחפשים זוגות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מהקלה לקשה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מול דף התשובות שבסוף כל פרק ומסמנים כמה תשובות היו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 אם הטעויות חוזרות על אותו סוג זמן או גוף, ומתרגלים אותו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מוודאים שהמשפט שנבנה הגיוני ומסתיים בנקודה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מפרק 1 ופרק 4 הקלים יותר, ולדלג לפרקי הפעלים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הקראה בקול של קטע הקריאה בפרק 2 כדי לתרגל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פרק הפעלים כמה פעמים עם שורשים שונים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דפים לתרגול. פותרים כל דף בשקט. בודקים עם התשובות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אותיות, ניקוד וצליל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במילה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הראשונה במילה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ניקוד נשמע אוֹ?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ניקוד נשמע 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אותיות, ניקוד וצליל – צליל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הניקוד חִירִיק נשמע כמו הצליל אִי.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הפירמידה, בכל קומה חוזרים על כל המילים מהקומה הקודמת ולא מוסיפים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אותיות, ניקוד וצליל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קָמָץ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אִ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צֵירֵה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קריאה שוטפת ואוצר מילים – 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גודל הלוח בתפזורת?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8×8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10×10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12×12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15×15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למצוא ברמה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כיוון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שוטפת ואוצר מילים – תפזורת ותשבץ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'חנוכה וחורף' יש 12 מילים מוסתרות.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'סופגנייה' אינה שייכת לרשימת המילים בתפזורת.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'לביבה' בתשבץ מוגדרת כ'מטוגנת, ומכינים אותה מתפוחי אדמה'.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שוטפת ואוצר מילים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הכלי שמסתובב ועליו האותיות נ, ג, ה, 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העונה הקרה בשנה, שמסתתרת גם בתפזורת,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טיפות שיורדות מהעננים, מילה בת 3 אותיות בתשבץ, הן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שוטפת ואוצר מילים – התאמת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דולק ונותן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בזכותו דלק האור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הלוחמים בסיפור החג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ההפך מחושך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סופגנייה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פעלים: גוף וזמן – היכרות עם שורש,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שורש כתובה המילה כתבתי?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ת-ב-ב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כ-ב-ת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אומר תלכי?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עבר, הווה ועתיד - כמה זמנים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פעלים: גוף וזמן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"ישבנו" היא בזמן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לשורש ס-ג-ר שייך הפועל "לסגור".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פעלים: גוף וזמן – השלמת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(שורש כ-ת-ב, זמן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(שורש ה-ל-כ, זמן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(שורש ל-מ-ד, זמן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אתה __________ (שורש ש-מ-ר, זמן עתיד)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פעלים: גוף וזמן – התאמת שורש לפועל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הרכבת משפטים וסדר מילים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'סדר את המילים' התלמידים כותבים משפט חדש משלהם.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רושמים ברשימה מילה אחת בלבד, המשחק מבקש לסדר את האותיות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תשובה נכונה אפשר להשמיע הקראה של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להקליד את המשפטים עם 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הרכבת משפטים וסדר מילים – מסדרים מילים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הרכבת משפטים וסדר מילים – אותיות, משפטים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סדרו את האותיות: ר-נ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סדרו את האותיות: ד-ל-י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סדרו את האותיות: ר-ו-ח-ף 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הרכבת משפטים וסדר מילים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את המילים למשפט תקין: רץ / הכלב / בחצר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בן ארבע מילים לפחות, ואז פזרו את המילים כדי שחבר או חברה יסדרו אותו מחדש.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חידות ומשחקי זיכרון והיגיון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בונים זוג קלפים זהים?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את אותה מילה פעם אחת בלבד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שתי מילים שונות בלי קו מפריד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מילה אחת בלבד – היא הופכת לזוג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שאלה ותשובה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במפתח של כתב הסתרים?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בלבד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כמו אימוג'י, צורה, מספר או אות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צליל מוקלט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חיה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לקושי השאלות בטיפוס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נשארות באותה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הופכות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הופכות קשות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נעלמות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זוכים במשבצת באיקס־עיגול?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עונה נכון על השאלה שבמשבצת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כשהיא מסובבת גלגל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כשעובר הזמן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בוחרת משבצת ריקה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פעמים אפשר לקבל עזרה בטיפוס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ומשחקי זיכרון והיגיון – פענוח כתב סתרים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המפתח (א=🔑, ו=🕯️, ר=🍎) פענחו: 🔑🕯️🍎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המפתח (נ=🍦, ר=🍎) פענחו: 🍦🍎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המפתח (ש=🐢, מ=🚗) פענחו: 🐢🚗🐢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המפתח (ב=🦋, י=🌈, ת=🐝) פענחו: 🦋🌈🐝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ומשחקי זיכרון והיגיון – זוגות הפכים בכרטיסיות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זיהוי משחקים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מחפשים מילים בתוך לוח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ב'סדר את המילים'?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מילים או אותיות לפי הסדר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זוגות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שאלות רב-ברירה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לסובב גלגל ולראות מה יצא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יש מפתח לפענוח?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כדי לתרגל קריאה מהירה?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טקסט בקול מול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מסדרים מילים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שם מתוך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תשבץ ממוספר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אחרי שמגרילים שורש, גוף וזמן?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הפועל המתאים לשורש, לגוף ולזמן שהוגרלו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פתרון לתפזורת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לחידת היגיון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למילה שהוגרלה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המשפט נבנה בהדרגה, מילה אחרי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איקס־עיגול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שני המשחקים האלה דומים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בשניהם מחפשים זוגות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בשניהם פותרים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בשניהם מקריאים טקסט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בשניהם מסובבים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הסדר של השאלות בטיפוס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בסדר אקראי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לזהות את האות או הצליל הנכון בתרגילי האזנה?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להתאים את הפועל לגוף ולזמן המבוקשים?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לסדר את המילים למשפט הגיוני?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