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אותיות, ניקוד וצלילים בעברית ולקרוא במהירות ובדיוק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פועל לגוף ולזמן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מילים ואותיות למשפטים תקינים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דרך חידות, תפזורות ומשחקי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אותיות, ניקוד וצליל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אותיות, ניקוד וצליל – צליל ומשפט 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חיריק נקרא בצליל אי, כמו במילה סיר.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קומה מוסיפים מילה אחת חדשה למשפט.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אותיות, ניקוד וצליל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(אַ)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(אִ)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(אוֹ)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(אוּ)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קריאה שוטפת ואוצר מילים –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12×12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הפוך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שוטפת ואוצר מילים – תפזורת ותשבץ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במפורש בדף שכל 12 המילים נכנסו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סופגנייה היא אחת המילים המוסתרות בתפזורת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שוטפת ואוצר מילים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קריאה שוטפת ואוצר מילים – התאמת 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(סופגנייה)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פעלים: גוף וזמן – היכרות עם שורש, גוף 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פעלים: גוף וזמן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ישבנו הוא זמן עבר, גוף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נכון, זהו שם הפועל של השורש ס-ג-ר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פעלים: גוף וזמן – השלמת פועל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פעלים: גוף וזמן – התאמת שורש לפועל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(לומד)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(הולך)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הרכבת משפטים וסדר מילים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המשחק נותן משפט מוכן, וצריך לסדר את המילים שבו לפי הסדר הנכון.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מילה בודדת הופכת לתרגיל של סידור אותיות למילה שלמה.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להקריא את המשפט בקול אחרי שעונים 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הרכבת משפטים וסדר מילים – מסדרים מילים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הרכבת משפטים וסדר מילים – אותיות, משפטים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הרכבת משפטים וסדר מילים – כתיבה ויצירה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חידות ומשחקי זיכרון והיגיון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כותבים מילה אחת בלבד – היא הופכת לזוג 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סמל כמו אימוג'י, צורה, מספר או אות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הופכות קשות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חידות ומשחקי זיכרון והיגיון – פענוח כתב סתרים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חידות ומשחקי זיכרון והיגיון – זוגות הפכים בכרטיסיות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זיהוי משחקים ומטרתם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לסדר מילים או אותיות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כתב סתרים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מול דף התשובות שבסוף כל פרק ומסמנים כמה תשובות היו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לב אם הטעויות חוזרות על אותו סוג זמן או גוף, ומתרגלים אותו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מוודאים שהמשפט שנבנה הגיוני ומסתיים בנקודה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מפרק 1 ופרק 4 הקלים יותר, ולדלג לפרקי הפעלים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הקראה בקול של קטע הקריאה בפרק 2 כדי לתרגל 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לחזור על פרק הפעלים כמה פעמים עם שורשים שונים לפי רמת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תמצאו דפי תרגול שמבוססים על סוגי המשחקים שאפשר ליצור באתר. פתרו כל פרק לפי הסדר, ובדקו את עצמכם בעזרת דף התשובות או שאלות הסיכום.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חורף  ·  הולכת  ·  נר  ·  אור  ·  סביבון  ·  נר  ·  אכתוב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אותיות, ניקוד וצליל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אות מתחילה המילה כֶּלֶב?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אות מתחילה המילה תַּפּוּחַ?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ניקוד נשמע כמו הצליל אוֹ?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אותיות, ניקוד וצליל – צליל ומשפט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הניקוד חִירִיק נשמע כמו הצליל אִי.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במשפט הפירמידה, בכל קומה חוזרים על כל המילים מהקומה הקודמת ולא מוסיפים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אותיות, ניקוד וצליל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קָמָץ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חִירִיק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אַ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חוֹלָם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אִ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שׁוּרוּק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אוֹ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קריאה שוטפת ואוצר מילים – תפזורת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גודל נבנה לוח התפזורת של חנוכה וחורף?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8×8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10×10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12×12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כיוון חיפוש נוסף מתאפשר ברמה הקשה של התפזורת?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מימין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גם הפוך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למטה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קריאה שוטפת ואוצר מילים – תפזורת ותשבץ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בתפזורת 'חנוכה וחורף' יש 12 מילים מוסתרות.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'סופגנייה' אינה שייכת לרשימת המילים בתפזורת.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קריאה שוטפת ואוצר מילים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הכלי שמסתובב ועליו האותיות נ, ג, ה, 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העונה הקרה בשנה, שמסתתרת גם בתפזורת,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קריאה שוטפת ואוצר מילים – התאמת 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 בה שמונה קנים ועוד אחד לשמש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סופגנייה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דולק ונותן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מתוקה ועגולה, עם ריבה בפנים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בזכותו דלק האור שמונה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פעלים: גוף וזמן – היכרות עם שורש, גוף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"כתבתי"?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כ-ת-ת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ת-ב-ב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גוף נכתב הפועל "תלכי"?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פעלים: גוף וזמן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"ישבנו" היא בזמן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לשורש ס-ג-ר שייך הפועל "לסגור".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פעלים: גוף וזמן – השלמת 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__________ (שורש כ-ת-ב, זמן עתיד)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היא __________ (שורש ה-ל-כ, זמן הווה)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פעלים: גוף וזמן – התאמת שורש לפועל בהווה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ס-ג-ר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לומד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ה-ל-כ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הרכבת משפטים וסדר מילים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'סדר את המילים' התלמידים כותבים משפט חדש משלהם.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רושמים ברשימה מילה אחת בלבד, המשחק מבקש לסדר את האותיות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תשובה נכונה אפשר להשמיע הקראה של המשפט.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הרכבת משפטים וסדר מילים – מסדרים מילים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לומדים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אנחנו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הרכבת משפטים וסדר מילים – אותיות, משפטים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סדרו את האותיות: ר-נ 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הרכבת משפטים וסדר מילים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חידות ומשחקי זיכרון והיגיון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בכרטיסיות זיכרון להדפסה, איך יוצרים זוג של שני קלפים זהים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כותבים את אותה מילה פעם אחת בלבד בשורה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שתי מילים שונות בלי קו מפריד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מילה אחת בלבד – היא הופכת לזוג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בכתב סתרים, מה מייצג כל אות לפי המפתח?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בלבד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סמל כמו אימוג'י, צורה, מספר או אות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צליל מוקלט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במשחק טיפוס לפסגה, איך משתנות השאלות ככל שמתקדמים בשלבים?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נשארות באותה רמת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הופכות קלות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הופכות קשות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חידות ומשחקי זיכרון והיגיון – פענוח כתב סתרים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המפתח (א=🔑, ו=🕯️, ר=🍎) פענחו: 🔑🕯️🍎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המפתח (נ=🍦, ר=🍎) פענחו: 🍦🍎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חידות ומשחקי זיכרון והיגיון – זוגות הפכים בכרטיסיות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זיהוי משחקים ומטרתם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משחק מחפשים מילים מוסתרות בלוח 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תפזורת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גלגל המזל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'סדר את המילים' מה 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לסדר מילים או אותיות לפי הסדר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לחפש זוגות מתאימים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לענות על שאלות רב-ברירה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משחק מפענחים מסר בעזרת צופן ומפתח?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 סתרים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בינגו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לזהות את האות או הצליל הנכון בתרגילי האזנה?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ידעתי להתאים את הפועל לגוף ולזמן המבוקשים?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מחוללי המשחקים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